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7B" w:rsidRDefault="0012405C">
      <w:pPr>
        <w:spacing w:after="200"/>
        <w:jc w:val="center"/>
        <w:rPr>
          <w:rFonts w:hint="eastAsia"/>
        </w:rPr>
      </w:pPr>
      <w:r>
        <w:rPr>
          <w:b/>
          <w:sz w:val="28"/>
        </w:rPr>
        <w:t>KEY CLUB INTERNATIONAL</w:t>
      </w:r>
      <w:r>
        <w:rPr>
          <w:b/>
          <w:sz w:val="28"/>
        </w:rPr>
        <w:br/>
        <w:t>DISTRETTO H45 – ITALIA SAN MARINO</w:t>
      </w:r>
      <w:r>
        <w:rPr>
          <w:i/>
          <w:sz w:val="20"/>
        </w:rPr>
        <w:br/>
        <w:t>I Convention Distrettuale – Messina, 24-25 ottobre 2026</w:t>
      </w:r>
    </w:p>
    <w:p w:rsidR="0058677B" w:rsidRDefault="0058677B">
      <w:pPr>
        <w:pBdr>
          <w:bottom w:val="single" w:sz="8" w:space="1" w:color="1F4E79"/>
        </w:pBdr>
        <w:spacing w:after="160"/>
        <w:rPr>
          <w:rFonts w:hint="eastAsia"/>
        </w:rPr>
      </w:pPr>
    </w:p>
    <w:p w:rsidR="0058677B" w:rsidRDefault="0012405C">
      <w:pPr>
        <w:jc w:val="center"/>
        <w:rPr>
          <w:rFonts w:hint="eastAsia"/>
        </w:rPr>
      </w:pPr>
      <w:r>
        <w:rPr>
          <w:b/>
          <w:sz w:val="28"/>
        </w:rPr>
        <w:t>AUTORIZZAZIONE DEL GENITORE / ESERCENTE LA RESPONSABILITÀ GENITORIALE</w:t>
      </w:r>
    </w:p>
    <w:p w:rsidR="0058677B" w:rsidRDefault="0012405C">
      <w:pPr>
        <w:rPr>
          <w:rFonts w:hint="eastAsia"/>
        </w:rPr>
      </w:pPr>
      <w:r>
        <w:rPr>
          <w:b/>
        </w:rPr>
        <w:t xml:space="preserve">Il/La sottoscritto/a </w:t>
      </w:r>
      <w:r>
        <w:t>______________________________________________________________</w:t>
      </w:r>
      <w:r>
        <w:br/>
        <w:t>Nato/a a ______________________________ il ____ / ____ / ________</w:t>
      </w:r>
      <w:r>
        <w:br/>
        <w:t>Residente in ______________________________________________________________</w:t>
      </w:r>
      <w:r>
        <w:br/>
        <w:t>Telefono ______________________________  E-mail ______________________________</w:t>
      </w:r>
    </w:p>
    <w:p w:rsidR="0058677B" w:rsidRDefault="0012405C">
      <w:pPr>
        <w:rPr>
          <w:rFonts w:hint="eastAsia"/>
        </w:rPr>
      </w:pPr>
      <w:r>
        <w:rPr>
          <w:b/>
        </w:rPr>
        <w:t>in qualità di:  ☐ genitore   ☐ tutore/esercente la responsabilità genitoriale</w:t>
      </w:r>
    </w:p>
    <w:p w:rsidR="0058677B" w:rsidRDefault="0012405C">
      <w:pPr>
        <w:rPr>
          <w:rFonts w:hint="eastAsia"/>
        </w:rPr>
      </w:pPr>
      <w:r>
        <w:rPr>
          <w:b/>
        </w:rPr>
        <w:t xml:space="preserve">del/della minore </w:t>
      </w:r>
      <w:r>
        <w:t>______________________________________________________________</w:t>
      </w:r>
      <w:r>
        <w:br/>
        <w:t>Nato/a a ______________________________ il ____ / ____ / ________</w:t>
      </w:r>
      <w:r>
        <w:br/>
        <w:t>Socio/a del Key Club _______________________________________________________</w:t>
      </w:r>
    </w:p>
    <w:p w:rsidR="0058677B" w:rsidRDefault="0012405C">
      <w:pPr>
        <w:pStyle w:val="Titolo1"/>
      </w:pPr>
      <w:r>
        <w:t>AUTORIZZA</w:t>
      </w:r>
    </w:p>
    <w:p w:rsidR="0058677B" w:rsidRDefault="0012405C">
      <w:pPr>
        <w:rPr>
          <w:rFonts w:hint="eastAsia"/>
        </w:rPr>
      </w:pPr>
      <w:r>
        <w:t>il/la minore sopra indicato/a a partecipare alla I Convention del Distretto H45 Key Club Italia San Marino, in programma a Messina nei giorni 24 e 25 ottobre 2026, comprendente attività associative e formative, incontri con Officer e candidati, sessioni assembleari ed elettorali, momenti conviviali, cena e serata con musica del sabato, pernottamento e pranzo della domenica.</w:t>
      </w:r>
    </w:p>
    <w:p w:rsidR="0058677B" w:rsidRDefault="0012405C">
      <w:pPr>
        <w:rPr>
          <w:rFonts w:hint="eastAsia"/>
        </w:rPr>
      </w:pPr>
      <w:r>
        <w:t>Dichiara inoltre di essere a conoscenza che il vitto e il pernottamento previsti dall'organizzazione saranno sostenuti dal Kiwanis Distretto Italia San Marino e che le modalità logistiche definitive saranno comunicate successivamente.</w:t>
      </w:r>
    </w:p>
    <w:p w:rsidR="0058677B" w:rsidRDefault="0012405C">
      <w:pPr>
        <w:pStyle w:val="Titolo1"/>
      </w:pPr>
      <w:r>
        <w:t>Contatti per emergenze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58677B">
        <w:trPr>
          <w:jc w:val="center"/>
        </w:trPr>
        <w:tc>
          <w:tcPr>
            <w:tcW w:w="4873" w:type="dxa"/>
            <w:shd w:val="clear" w:color="auto" w:fill="EAF2F8"/>
          </w:tcPr>
          <w:p w:rsidR="0058677B" w:rsidRDefault="0012405C">
            <w:pPr>
              <w:rPr>
                <w:rFonts w:hint="eastAsia"/>
              </w:rPr>
            </w:pPr>
            <w:r>
              <w:t>Nome e cognome</w:t>
            </w:r>
          </w:p>
        </w:tc>
        <w:tc>
          <w:tcPr>
            <w:tcW w:w="4873" w:type="dxa"/>
          </w:tcPr>
          <w:p w:rsidR="0058677B" w:rsidRDefault="0012405C">
            <w:pPr>
              <w:rPr>
                <w:rFonts w:hint="eastAsia"/>
              </w:rPr>
            </w:pPr>
            <w:r>
              <w:t xml:space="preserve">     </w:t>
            </w:r>
          </w:p>
        </w:tc>
      </w:tr>
      <w:tr w:rsidR="0058677B">
        <w:trPr>
          <w:jc w:val="center"/>
        </w:trPr>
        <w:tc>
          <w:tcPr>
            <w:tcW w:w="4873" w:type="dxa"/>
            <w:shd w:val="clear" w:color="auto" w:fill="EAF2F8"/>
          </w:tcPr>
          <w:p w:rsidR="0058677B" w:rsidRDefault="0012405C">
            <w:pPr>
              <w:rPr>
                <w:rFonts w:hint="eastAsia"/>
              </w:rPr>
            </w:pPr>
            <w:r>
              <w:t>Rapporto con il/la minore</w:t>
            </w:r>
          </w:p>
        </w:tc>
        <w:tc>
          <w:tcPr>
            <w:tcW w:w="4873" w:type="dxa"/>
          </w:tcPr>
          <w:p w:rsidR="0058677B" w:rsidRDefault="0012405C">
            <w:pPr>
              <w:rPr>
                <w:rFonts w:hint="eastAsia"/>
              </w:rPr>
            </w:pPr>
            <w:r>
              <w:t xml:space="preserve">     </w:t>
            </w:r>
          </w:p>
        </w:tc>
      </w:tr>
      <w:tr w:rsidR="0058677B">
        <w:trPr>
          <w:jc w:val="center"/>
        </w:trPr>
        <w:tc>
          <w:tcPr>
            <w:tcW w:w="4873" w:type="dxa"/>
            <w:shd w:val="clear" w:color="auto" w:fill="EAF2F8"/>
          </w:tcPr>
          <w:p w:rsidR="0058677B" w:rsidRDefault="0012405C">
            <w:pPr>
              <w:rPr>
                <w:rFonts w:hint="eastAsia"/>
              </w:rPr>
            </w:pPr>
            <w:r>
              <w:t>Telefono</w:t>
            </w:r>
          </w:p>
        </w:tc>
        <w:tc>
          <w:tcPr>
            <w:tcW w:w="4873" w:type="dxa"/>
          </w:tcPr>
          <w:p w:rsidR="0058677B" w:rsidRDefault="0012405C">
            <w:pPr>
              <w:rPr>
                <w:rFonts w:hint="eastAsia"/>
              </w:rPr>
            </w:pPr>
            <w:r>
              <w:t xml:space="preserve">     </w:t>
            </w:r>
          </w:p>
        </w:tc>
      </w:tr>
    </w:tbl>
    <w:p w:rsidR="0058677B" w:rsidRDefault="0012405C">
      <w:pPr>
        <w:pStyle w:val="Titolo1"/>
      </w:pPr>
      <w:r>
        <w:t>Informazioni utili per la sicurezza del/della minore</w:t>
      </w:r>
    </w:p>
    <w:p w:rsidR="0058677B" w:rsidRDefault="0012405C">
      <w:pPr>
        <w:rPr>
          <w:rFonts w:hint="eastAsia"/>
        </w:rPr>
      </w:pPr>
      <w:r>
        <w:t>Allergie, intolleranze, terapie in corso o altre esigenze che gli organizzatori devono conoscere (compilare solo se necessario):</w:t>
      </w:r>
    </w:p>
    <w:p w:rsidR="0058677B" w:rsidRDefault="0012405C">
      <w:pPr>
        <w:rPr>
          <w:rFonts w:hint="eastAsia"/>
        </w:rPr>
      </w:pPr>
      <w:r>
        <w:t>________________________________________________________________________________</w:t>
      </w:r>
    </w:p>
    <w:p w:rsidR="0058677B" w:rsidRDefault="0012405C">
      <w:pPr>
        <w:rPr>
          <w:rFonts w:hint="eastAsia"/>
        </w:rPr>
      </w:pPr>
      <w:r>
        <w:t>________________________________________________________________________________</w:t>
      </w:r>
    </w:p>
    <w:p w:rsidR="0058677B" w:rsidRDefault="0012405C">
      <w:pPr>
        <w:rPr>
          <w:rFonts w:hint="eastAsia"/>
        </w:rPr>
      </w:pPr>
      <w:r>
        <w:t>________________________________________________________________________________</w:t>
      </w:r>
    </w:p>
    <w:p w:rsidR="0058677B" w:rsidRDefault="0012405C">
      <w:pPr>
        <w:rPr>
          <w:rFonts w:hint="eastAsia"/>
        </w:rPr>
      </w:pPr>
      <w:r>
        <w:t>In caso di necessità e qualora non sia possibile contattare tempestivamente il genitore/tutore, autorizzo gli accompagnatori responsabili ad attivare i servizi sanitari di emergenza e ad adottare le misure urgenti indicate dal personale sanitario.</w:t>
      </w:r>
    </w:p>
    <w:p w:rsidR="0058677B" w:rsidRDefault="0012405C">
      <w:pPr>
        <w:pStyle w:val="Titolo1"/>
      </w:pPr>
      <w:r>
        <w:lastRenderedPageBreak/>
        <w:t xml:space="preserve">Riprese fotografiche e video </w:t>
      </w:r>
    </w:p>
    <w:p w:rsidR="0058677B" w:rsidRDefault="0012405C">
      <w:pPr>
        <w:rPr>
          <w:rFonts w:hint="eastAsia"/>
        </w:rPr>
      </w:pPr>
      <w:r>
        <w:t>Con riferimento a fotografie e riprese realizzate durante l'evento per finalità istituzionali e di comunicazione delle attività Key Club/Kiwanis:</w:t>
      </w:r>
    </w:p>
    <w:p w:rsidR="00004FA6" w:rsidRDefault="0012405C">
      <w:pPr>
        <w:rPr>
          <w:b/>
        </w:rPr>
      </w:pPr>
      <w:r>
        <w:rPr>
          <w:b/>
        </w:rPr>
        <w:t xml:space="preserve"> AUTORIZZO  </w:t>
      </w:r>
    </w:p>
    <w:p w:rsidR="0058677B" w:rsidRDefault="00004FA6">
      <w:pPr>
        <w:rPr>
          <w:rFonts w:hint="eastAsia"/>
        </w:rPr>
      </w:pPr>
      <w:r>
        <w:rPr>
          <w:b/>
        </w:rPr>
        <w:t xml:space="preserve"> </w:t>
      </w:r>
      <w:bookmarkStart w:id="0" w:name="_GoBack"/>
      <w:bookmarkEnd w:id="0"/>
      <w:r w:rsidR="0012405C">
        <w:t xml:space="preserve">la </w:t>
      </w:r>
      <w:proofErr w:type="spellStart"/>
      <w:r w:rsidR="0012405C">
        <w:t>realizzazione</w:t>
      </w:r>
      <w:proofErr w:type="spellEnd"/>
      <w:r w:rsidR="0012405C">
        <w:t xml:space="preserve"> e </w:t>
      </w:r>
      <w:proofErr w:type="spellStart"/>
      <w:r w:rsidR="0012405C">
        <w:t>l'eventuale</w:t>
      </w:r>
      <w:proofErr w:type="spellEnd"/>
      <w:r w:rsidR="0012405C">
        <w:t xml:space="preserve"> pubblicazione di immagini del/della minore nei canali istituzionali dell'organizzazione, nel rispetto della normativa applicabile.</w:t>
      </w:r>
    </w:p>
    <w:p w:rsidR="0058677B" w:rsidRDefault="0012405C">
      <w:pPr>
        <w:pStyle w:val="Titolo1"/>
      </w:pPr>
      <w:r>
        <w:t>Dichiarazioni finali</w:t>
      </w:r>
    </w:p>
    <w:p w:rsidR="0058677B" w:rsidRDefault="0012405C">
      <w:pPr>
        <w:rPr>
          <w:rFonts w:hint="eastAsia"/>
        </w:rPr>
      </w:pPr>
      <w:r>
        <w:t>Dichiaro di aver letto il presente modulo, di aver fornito informazioni corrette e di impegnarmi a comunicare tempestivamente eventuali variazioni rilevanti prima dell'evento. I dati raccolti con il presente modulo saranno utilizzati esclusivamente per l'organizzazione e la gestione della Convention, la sicurezza dei partecipanti e gli adempimenti connessi all'evento.</w:t>
      </w:r>
    </w:p>
    <w:p w:rsidR="0058677B" w:rsidRDefault="0012405C">
      <w:pPr>
        <w:spacing w:before="320"/>
        <w:rPr>
          <w:rFonts w:hint="eastAsia"/>
        </w:rPr>
      </w:pPr>
      <w:r>
        <w:t>Luogo e data ______________________________________</w:t>
      </w:r>
      <w:r>
        <w:br/>
      </w:r>
      <w:r>
        <w:br/>
      </w:r>
      <w:r>
        <w:rPr>
          <w:b/>
        </w:rPr>
        <w:t>Firma del genitore/tutore _________________________________________________</w:t>
      </w:r>
    </w:p>
    <w:sectPr w:rsidR="0058677B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FA6"/>
    <w:rsid w:val="00034616"/>
    <w:rsid w:val="0006063C"/>
    <w:rsid w:val="0012405C"/>
    <w:rsid w:val="0015074B"/>
    <w:rsid w:val="0029639D"/>
    <w:rsid w:val="00326F90"/>
    <w:rsid w:val="005867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A3F695-A406-4ED8-8EBD-8F2BF900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Amministratore</cp:lastModifiedBy>
  <cp:revision>3</cp:revision>
  <dcterms:created xsi:type="dcterms:W3CDTF">2026-09-22T12:16:00Z</dcterms:created>
  <dcterms:modified xsi:type="dcterms:W3CDTF">2026-09-22T12:19:00Z</dcterms:modified>
</cp:coreProperties>
</file>